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Hotel Management Resume Template</w:t>
      </w:r>
    </w:p>
    <w:p>
      <w:r>
        <w:t>Full Name</w:t>
        <w:br/>
        <w:t>Phone Number | Email | Location</w:t>
        <w:br/>
      </w:r>
    </w:p>
    <w:p>
      <w:r>
        <w:t>Career Objective:</w:t>
        <w:br/>
        <w:t>[Write a short objective about your goals and skills]</w:t>
        <w:br/>
      </w:r>
    </w:p>
    <w:p>
      <w:r>
        <w:t>Key Skills:</w:t>
        <w:br/>
        <w:t>- Skill 1</w:t>
        <w:br/>
        <w:t>- Skill 2</w:t>
        <w:br/>
        <w:t>- Skill 3</w:t>
        <w:br/>
      </w:r>
    </w:p>
    <w:p>
      <w:r>
        <w:t>Work Experience:</w:t>
        <w:br/>
        <w:t>Job Title – Hotel Name</w:t>
        <w:br/>
        <w:t>Location | Duration</w:t>
        <w:br/>
        <w:t>- Responsibility or achievement</w:t>
        <w:br/>
        <w:t>- Responsibility or achievement</w:t>
        <w:br/>
      </w:r>
    </w:p>
    <w:p>
      <w:r>
        <w:t>Education:</w:t>
        <w:br/>
        <w:t>Degree – Institute Name | Year</w:t>
        <w:br/>
      </w:r>
    </w:p>
    <w:p>
      <w:r>
        <w:t>Certifications:</w:t>
        <w:br/>
        <w:t>- Certification Name</w:t>
        <w:br/>
      </w:r>
    </w:p>
    <w:p>
      <w:r>
        <w:t>Additional Information:</w:t>
        <w:br/>
        <w:t>- Languages</w:t>
        <w:br/>
        <w:t>- Achievements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